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40" w:before="0" w:lineRule="auto"/>
        <w:ind w:left="2160" w:firstLine="720"/>
        <w:jc w:val="left"/>
        <w:rPr>
          <w:b w:val="1"/>
          <w:bCs w:val="1"/>
          <w:color w:val="7f8c8d"/>
          <w:sz w:val="22"/>
          <w:szCs w:val="22"/>
        </w:rPr>
      </w:pPr>
      <w:r w:rsidDel="00000000" w:rsidR="00000000" w:rsidRPr="00000000">
        <w:rPr>
          <w:b w:val="1"/>
          <w:bCs w:val="1"/>
          <w:color w:val="7f8c8d"/>
          <w:sz w:val="22"/>
          <w:szCs w:val="22"/>
        </w:rPr>
        <w:drawing>
          <wp:inline distB="114300" distT="114300" distL="114300" distR="114300">
            <wp:extent cx="2780348" cy="1514296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80348" cy="151429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40" w:before="0" w:lineRule="auto"/>
        <w:ind w:left="2160" w:firstLine="720"/>
        <w:jc w:val="left"/>
        <w:rPr/>
      </w:pPr>
      <w:r w:rsidDel="00000000" w:rsidR="00000000" w:rsidRPr="00000000">
        <w:rPr>
          <w:b w:val="1"/>
          <w:bCs w:val="1"/>
          <w:color w:val="2c3e50"/>
          <w:sz w:val="30"/>
          <w:szCs w:val="30"/>
          <w:rtl w:val="0"/>
        </w:rPr>
        <w:t xml:space="preserve">ANMÄLAN OM RENOVERING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leader="none" w:pos="996.0000000000001"/>
        </w:tabs>
        <w:spacing w:after="240" w:lineRule="auto"/>
        <w:ind w:left="1417.3228346456694" w:right="1854.3307086614186" w:firstLine="0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Gör så här:</w:t>
      </w:r>
      <w:r w:rsidDel="00000000" w:rsidR="00000000" w:rsidRPr="00000000">
        <w:rPr>
          <w:rtl w:val="0"/>
        </w:rPr>
        <w:t xml:space="preserve"> Fyll i formuläret nedan, spara som PDF (eller skriv ut) och maila till </w:t>
      </w:r>
      <w:r w:rsidDel="00000000" w:rsidR="00000000" w:rsidRPr="00000000">
        <w:rPr>
          <w:i w:val="1"/>
          <w:iCs w:val="1"/>
          <w:rtl w:val="0"/>
        </w:rPr>
        <w:t xml:space="preserve">brfrokeriet@gmail.com</w:t>
      </w:r>
      <w:r w:rsidDel="00000000" w:rsidR="00000000" w:rsidRPr="00000000">
        <w:rPr>
          <w:rtl w:val="0"/>
        </w:rPr>
        <w:t xml:space="preserve"> senast 4 veckor innan planerad byggstart. Observera att du alltid måste invänta skriftligt godkännande från styrelsen innan något arbete påbörjas.</w:t>
      </w:r>
      <w:r w:rsidDel="00000000" w:rsidR="00000000" w:rsidRPr="00000000">
        <w:rPr>
          <w:rtl w:val="0"/>
        </w:rPr>
      </w:r>
    </w:p>
    <w:tbl>
      <w:tblPr>
        <w:tblStyle w:val="Table1"/>
        <w:tblW w:w="10512.0" w:type="dxa"/>
        <w:jc w:val="center"/>
        <w:tblLayout w:type="fixed"/>
        <w:tblLook w:val="0400"/>
      </w:tblPr>
      <w:tblGrid>
        <w:gridCol w:w="10512"/>
        <w:tblGridChange w:id="0">
          <w:tblGrid>
            <w:gridCol w:w="10512"/>
          </w:tblGrid>
        </w:tblGridChange>
      </w:tblGrid>
      <w:tr>
        <w:trPr>
          <w:cantSplit w:val="0"/>
          <w:tblHeader w:val="0"/>
        </w:trPr>
        <w:tc>
          <w:tcPr>
            <w:shd w:fill="2c3e5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4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1. KONTAKTUPPGIFTER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spacing w:after="40" w:before="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512.0" w:type="dxa"/>
        <w:jc w:val="center"/>
        <w:tblLayout w:type="fixed"/>
        <w:tblLook w:val="0400"/>
      </w:tblPr>
      <w:tblGrid>
        <w:gridCol w:w="5256"/>
        <w:gridCol w:w="5256"/>
        <w:tblGridChange w:id="0">
          <w:tblGrid>
            <w:gridCol w:w="5256"/>
            <w:gridCol w:w="525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6">
            <w:pPr>
              <w:spacing w:after="2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color w:val="2c3e50"/>
                <w:rtl w:val="0"/>
              </w:rPr>
              <w:t xml:space="preserve">För- och efternamn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7">
            <w:pPr>
              <w:spacing w:after="2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color w:val="2c3e50"/>
                <w:rtl w:val="0"/>
              </w:rPr>
              <w:t xml:space="preserve">Lägenhetsnummer (Föreningens)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1" w:space="0" w:sz="4" w:val="single"/>
              <w:left w:color="cbd5e1" w:space="0" w:sz="4" w:val="single"/>
              <w:bottom w:color="cbd5e1" w:space="0" w:sz="4" w:val="single"/>
              <w:right w:color="cbd5e1" w:space="0" w:sz="4" w:val="single"/>
            </w:tcBorders>
            <w:shd w:fill="f9fbfc" w:val="clear"/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spacing w:after="0" w:lineRule="auto"/>
              <w:rPr/>
            </w:pPr>
            <w:r w:rsidDel="00000000" w:rsidR="00000000" w:rsidRPr="00000000">
              <w:rPr>
                <w:color w:val="7f8c8d"/>
                <w:sz w:val="18"/>
                <w:szCs w:val="18"/>
                <w:rtl w:val="0"/>
              </w:rPr>
              <w:t xml:space="preserve">[ För- och efternamn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1" w:space="0" w:sz="4" w:val="single"/>
              <w:left w:color="cbd5e1" w:space="0" w:sz="4" w:val="single"/>
              <w:bottom w:color="cbd5e1" w:space="0" w:sz="4" w:val="single"/>
              <w:right w:color="cbd5e1" w:space="0" w:sz="4" w:val="single"/>
            </w:tcBorders>
            <w:shd w:fill="f9fbfc" w:val="clear"/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spacing w:after="0" w:lineRule="auto"/>
              <w:rPr/>
            </w:pPr>
            <w:r w:rsidDel="00000000" w:rsidR="00000000" w:rsidRPr="00000000">
              <w:rPr>
                <w:color w:val="7f8c8d"/>
                <w:sz w:val="18"/>
                <w:szCs w:val="18"/>
                <w:rtl w:val="0"/>
              </w:rPr>
              <w:t xml:space="preserve">[ T.ex. 123 ]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spacing w:after="80" w:before="0" w:lineRule="auto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0512.0" w:type="dxa"/>
        <w:jc w:val="center"/>
        <w:tblLayout w:type="fixed"/>
        <w:tblLook w:val="0400"/>
      </w:tblPr>
      <w:tblGrid>
        <w:gridCol w:w="5256"/>
        <w:gridCol w:w="5256"/>
        <w:tblGridChange w:id="0">
          <w:tblGrid>
            <w:gridCol w:w="5256"/>
            <w:gridCol w:w="525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spacing w:after="2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color w:val="2c3e50"/>
                <w:rtl w:val="0"/>
              </w:rPr>
              <w:t xml:space="preserve">Telefonnummer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spacing w:after="20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color w:val="2c3e50"/>
                <w:rtl w:val="0"/>
              </w:rPr>
              <w:t xml:space="preserve">E-postadress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1" w:space="0" w:sz="4" w:val="single"/>
              <w:left w:color="cbd5e1" w:space="0" w:sz="4" w:val="single"/>
              <w:bottom w:color="cbd5e1" w:space="0" w:sz="4" w:val="single"/>
              <w:right w:color="cbd5e1" w:space="0" w:sz="4" w:val="single"/>
            </w:tcBorders>
            <w:shd w:fill="f9fbfc" w:val="clear"/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spacing w:after="0" w:lineRule="auto"/>
              <w:rPr/>
            </w:pPr>
            <w:r w:rsidDel="00000000" w:rsidR="00000000" w:rsidRPr="00000000">
              <w:rPr>
                <w:color w:val="7f8c8d"/>
                <w:sz w:val="18"/>
                <w:szCs w:val="18"/>
                <w:rtl w:val="0"/>
              </w:rPr>
              <w:t xml:space="preserve">[ 07X-XXX XX XX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1" w:space="0" w:sz="4" w:val="single"/>
              <w:left w:color="cbd5e1" w:space="0" w:sz="4" w:val="single"/>
              <w:bottom w:color="cbd5e1" w:space="0" w:sz="4" w:val="single"/>
              <w:right w:color="cbd5e1" w:space="0" w:sz="4" w:val="single"/>
            </w:tcBorders>
            <w:shd w:fill="f9fbfc" w:val="clear"/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spacing w:after="0" w:lineRule="auto"/>
              <w:rPr/>
            </w:pPr>
            <w:r w:rsidDel="00000000" w:rsidR="00000000" w:rsidRPr="00000000">
              <w:rPr>
                <w:color w:val="7f8c8d"/>
                <w:sz w:val="18"/>
                <w:szCs w:val="18"/>
                <w:rtl w:val="0"/>
              </w:rPr>
              <w:t xml:space="preserve">[ namn@exempel.se 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spacing w:after="80" w:before="0" w:lineRule="auto"/>
        <w:rPr/>
      </w:pPr>
      <w:r w:rsidDel="00000000" w:rsidR="00000000" w:rsidRPr="00000000">
        <w:rPr>
          <w:rtl w:val="0"/>
        </w:rPr>
      </w:r>
    </w:p>
    <w:tbl>
      <w:tblPr>
        <w:tblStyle w:val="Table4"/>
        <w:tblW w:w="10512.0" w:type="dxa"/>
        <w:jc w:val="center"/>
        <w:tblLayout w:type="fixed"/>
        <w:tblLook w:val="0400"/>
      </w:tblPr>
      <w:tblGrid>
        <w:gridCol w:w="10512"/>
        <w:tblGridChange w:id="0">
          <w:tblGrid>
            <w:gridCol w:w="10512"/>
          </w:tblGrid>
        </w:tblGridChange>
      </w:tblGrid>
      <w:tr>
        <w:trPr>
          <w:cantSplit w:val="0"/>
          <w:tblHeader w:val="0"/>
        </w:trPr>
        <w:tc>
          <w:tcPr>
            <w:shd w:fill="2c3e5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0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2. TIDSPLAN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spacing w:after="40" w:before="0" w:lineRule="auto"/>
        <w:rPr/>
      </w:pPr>
      <w:r w:rsidDel="00000000" w:rsidR="00000000" w:rsidRPr="00000000">
        <w:rPr>
          <w:rtl w:val="0"/>
        </w:rPr>
      </w:r>
    </w:p>
    <w:tbl>
      <w:tblPr>
        <w:tblStyle w:val="Table5"/>
        <w:tblW w:w="10512.0" w:type="dxa"/>
        <w:jc w:val="center"/>
        <w:tblLayout w:type="fixed"/>
        <w:tblLook w:val="0400"/>
      </w:tblPr>
      <w:tblGrid>
        <w:gridCol w:w="5256"/>
        <w:gridCol w:w="5256"/>
        <w:tblGridChange w:id="0">
          <w:tblGrid>
            <w:gridCol w:w="5256"/>
            <w:gridCol w:w="525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2">
            <w:pPr>
              <w:spacing w:after="2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color w:val="2c3e50"/>
                <w:rtl w:val="0"/>
              </w:rPr>
              <w:t xml:space="preserve">Förväntat startdatum (ÅÅÅÅ-MM-DD)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spacing w:after="2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color w:val="2c3e50"/>
                <w:rtl w:val="0"/>
              </w:rPr>
              <w:t xml:space="preserve">Förväntat slutdatum (ÅÅÅÅ-MM-DD)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1" w:space="0" w:sz="4" w:val="single"/>
              <w:left w:color="cbd5e1" w:space="0" w:sz="4" w:val="single"/>
              <w:bottom w:color="cbd5e1" w:space="0" w:sz="4" w:val="single"/>
              <w:right w:color="cbd5e1" w:space="0" w:sz="4" w:val="single"/>
            </w:tcBorders>
            <w:shd w:fill="f9fbfc" w:val="clear"/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spacing w:after="0" w:lineRule="auto"/>
              <w:rPr/>
            </w:pPr>
            <w:r w:rsidDel="00000000" w:rsidR="00000000" w:rsidRPr="00000000">
              <w:rPr>
                <w:color w:val="7f8c8d"/>
                <w:sz w:val="18"/>
                <w:szCs w:val="18"/>
                <w:rtl w:val="0"/>
              </w:rPr>
              <w:t xml:space="preserve">[ YYYY-MM-DD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1" w:space="0" w:sz="4" w:val="single"/>
              <w:left w:color="cbd5e1" w:space="0" w:sz="4" w:val="single"/>
              <w:bottom w:color="cbd5e1" w:space="0" w:sz="4" w:val="single"/>
              <w:right w:color="cbd5e1" w:space="0" w:sz="4" w:val="single"/>
            </w:tcBorders>
            <w:shd w:fill="f9fbfc" w:val="clear"/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spacing w:after="0" w:lineRule="auto"/>
              <w:rPr/>
            </w:pPr>
            <w:r w:rsidDel="00000000" w:rsidR="00000000" w:rsidRPr="00000000">
              <w:rPr>
                <w:color w:val="7f8c8d"/>
                <w:sz w:val="18"/>
                <w:szCs w:val="18"/>
                <w:rtl w:val="0"/>
              </w:rPr>
              <w:t xml:space="preserve">[ YYYY-MM-DD 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6">
      <w:pPr>
        <w:spacing w:after="80" w:before="0" w:lineRule="auto"/>
        <w:rPr/>
      </w:pPr>
      <w:r w:rsidDel="00000000" w:rsidR="00000000" w:rsidRPr="00000000">
        <w:rPr>
          <w:rtl w:val="0"/>
        </w:rPr>
      </w:r>
    </w:p>
    <w:tbl>
      <w:tblPr>
        <w:tblStyle w:val="Table6"/>
        <w:tblW w:w="10512.0" w:type="dxa"/>
        <w:jc w:val="center"/>
        <w:tblLayout w:type="fixed"/>
        <w:tblLook w:val="0400"/>
      </w:tblPr>
      <w:tblGrid>
        <w:gridCol w:w="10512"/>
        <w:tblGridChange w:id="0">
          <w:tblGrid>
            <w:gridCol w:w="10512"/>
          </w:tblGrid>
        </w:tblGridChange>
      </w:tblGrid>
      <w:tr>
        <w:trPr>
          <w:cantSplit w:val="0"/>
          <w:tblHeader w:val="0"/>
        </w:trPr>
        <w:tc>
          <w:tcPr>
            <w:shd w:fill="2c3e5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7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3. OMFATTNING AV RENOVERING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spacing w:after="40" w:before="0" w:lineRule="auto"/>
        <w:rPr/>
      </w:pPr>
      <w:r w:rsidDel="00000000" w:rsidR="00000000" w:rsidRPr="00000000">
        <w:rPr>
          <w:rtl w:val="0"/>
        </w:rPr>
      </w:r>
    </w:p>
    <w:tbl>
      <w:tblPr>
        <w:tblStyle w:val="Table7"/>
        <w:tblW w:w="10512.0" w:type="dxa"/>
        <w:jc w:val="center"/>
        <w:tblLayout w:type="fixed"/>
        <w:tblLook w:val="0400"/>
      </w:tblPr>
      <w:tblGrid>
        <w:gridCol w:w="5256"/>
        <w:gridCol w:w="5256"/>
        <w:tblGridChange w:id="0">
          <w:tblGrid>
            <w:gridCol w:w="5256"/>
            <w:gridCol w:w="525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bd5e1" w:space="0" w:sz="4" w:val="single"/>
              <w:left w:color="cbd5e1" w:space="0" w:sz="4" w:val="single"/>
              <w:bottom w:color="cbd5e1" w:space="0" w:sz="4" w:val="single"/>
              <w:right w:color="cbd5e1" w:space="0" w:sz="4" w:val="single"/>
            </w:tcBorders>
            <w:shd w:fill="f9fbfc" w:val="clear"/>
            <w:tcMar>
              <w:top w:w="50.0" w:type="dxa"/>
              <w:left w:w="80.0" w:type="dxa"/>
              <w:bottom w:w="50.0" w:type="dxa"/>
              <w:right w:w="80.0" w:type="dxa"/>
            </w:tcMar>
          </w:tcPr>
          <w:p w:rsidR="00000000" w:rsidDel="00000000" w:rsidP="00000000" w:rsidRDefault="00000000" w:rsidRPr="00000000" w14:paraId="00000019">
            <w:pPr>
              <w:spacing w:after="0" w:lineRule="auto"/>
              <w:rPr/>
            </w:pPr>
            <w:r w:rsidDel="00000000" w:rsidR="00000000" w:rsidRPr="00000000">
              <w:rPr>
                <w:color w:val="34495e"/>
                <w:sz w:val="18"/>
                <w:szCs w:val="18"/>
                <w:rtl w:val="0"/>
              </w:rPr>
              <w:t xml:space="preserve">[  ] Kök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1" w:space="0" w:sz="4" w:val="single"/>
              <w:left w:color="cbd5e1" w:space="0" w:sz="4" w:val="single"/>
              <w:bottom w:color="cbd5e1" w:space="0" w:sz="4" w:val="single"/>
              <w:right w:color="cbd5e1" w:space="0" w:sz="4" w:val="single"/>
            </w:tcBorders>
            <w:shd w:fill="f9fbfc" w:val="clear"/>
            <w:tcMar>
              <w:top w:w="50.0" w:type="dxa"/>
              <w:left w:w="80.0" w:type="dxa"/>
              <w:bottom w:w="50.0" w:type="dxa"/>
              <w:right w:w="80.0" w:type="dxa"/>
            </w:tcMar>
          </w:tcPr>
          <w:p w:rsidR="00000000" w:rsidDel="00000000" w:rsidP="00000000" w:rsidRDefault="00000000" w:rsidRPr="00000000" w14:paraId="0000001A">
            <w:pPr>
              <w:spacing w:after="0" w:lineRule="auto"/>
              <w:rPr/>
            </w:pPr>
            <w:r w:rsidDel="00000000" w:rsidR="00000000" w:rsidRPr="00000000">
              <w:rPr>
                <w:color w:val="34495e"/>
                <w:sz w:val="18"/>
                <w:szCs w:val="18"/>
                <w:rtl w:val="0"/>
              </w:rPr>
              <w:t xml:space="preserve">[  ] Badrum/Våtrum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1" w:space="0" w:sz="4" w:val="single"/>
              <w:left w:color="cbd5e1" w:space="0" w:sz="4" w:val="single"/>
              <w:bottom w:color="cbd5e1" w:space="0" w:sz="4" w:val="single"/>
              <w:right w:color="cbd5e1" w:space="0" w:sz="4" w:val="single"/>
            </w:tcBorders>
            <w:shd w:fill="f9fbfc" w:val="clear"/>
            <w:tcMar>
              <w:top w:w="50.0" w:type="dxa"/>
              <w:left w:w="80.0" w:type="dxa"/>
              <w:bottom w:w="50.0" w:type="dxa"/>
              <w:right w:w="80.0" w:type="dxa"/>
            </w:tcMar>
          </w:tcPr>
          <w:p w:rsidR="00000000" w:rsidDel="00000000" w:rsidP="00000000" w:rsidRDefault="00000000" w:rsidRPr="00000000" w14:paraId="0000001B">
            <w:pPr>
              <w:spacing w:after="0" w:lineRule="auto"/>
              <w:rPr/>
            </w:pPr>
            <w:r w:rsidDel="00000000" w:rsidR="00000000" w:rsidRPr="00000000">
              <w:rPr>
                <w:color w:val="34495e"/>
                <w:sz w:val="18"/>
                <w:szCs w:val="18"/>
                <w:rtl w:val="0"/>
              </w:rPr>
              <w:t xml:space="preserve">[  ] Ingrepp i eller rivning av vägg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1" w:space="0" w:sz="4" w:val="single"/>
              <w:left w:color="cbd5e1" w:space="0" w:sz="4" w:val="single"/>
              <w:bottom w:color="cbd5e1" w:space="0" w:sz="4" w:val="single"/>
              <w:right w:color="cbd5e1" w:space="0" w:sz="4" w:val="single"/>
            </w:tcBorders>
            <w:shd w:fill="f9fbfc" w:val="clear"/>
            <w:tcMar>
              <w:top w:w="50.0" w:type="dxa"/>
              <w:left w:w="80.0" w:type="dxa"/>
              <w:bottom w:w="50.0" w:type="dxa"/>
              <w:right w:w="80.0" w:type="dxa"/>
            </w:tcMar>
          </w:tcPr>
          <w:p w:rsidR="00000000" w:rsidDel="00000000" w:rsidP="00000000" w:rsidRDefault="00000000" w:rsidRPr="00000000" w14:paraId="0000001C">
            <w:pPr>
              <w:spacing w:after="0" w:lineRule="auto"/>
              <w:rPr/>
            </w:pPr>
            <w:r w:rsidDel="00000000" w:rsidR="00000000" w:rsidRPr="00000000">
              <w:rPr>
                <w:color w:val="34495e"/>
                <w:sz w:val="18"/>
                <w:szCs w:val="18"/>
                <w:rtl w:val="0"/>
              </w:rPr>
              <w:t xml:space="preserve">[  ] Ändring av vatten- och avloppsledningar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1" w:space="0" w:sz="4" w:val="single"/>
              <w:left w:color="cbd5e1" w:space="0" w:sz="4" w:val="single"/>
              <w:bottom w:color="cbd5e1" w:space="0" w:sz="4" w:val="single"/>
              <w:right w:color="cbd5e1" w:space="0" w:sz="4" w:val="single"/>
            </w:tcBorders>
            <w:shd w:fill="f9fbfc" w:val="clear"/>
            <w:tcMar>
              <w:top w:w="50.0" w:type="dxa"/>
              <w:left w:w="80.0" w:type="dxa"/>
              <w:bottom w:w="50.0" w:type="dxa"/>
              <w:right w:w="80.0" w:type="dxa"/>
            </w:tcMar>
          </w:tcPr>
          <w:p w:rsidR="00000000" w:rsidDel="00000000" w:rsidP="00000000" w:rsidRDefault="00000000" w:rsidRPr="00000000" w14:paraId="0000001D">
            <w:pPr>
              <w:spacing w:after="0" w:lineRule="auto"/>
              <w:rPr/>
            </w:pPr>
            <w:r w:rsidDel="00000000" w:rsidR="00000000" w:rsidRPr="00000000">
              <w:rPr>
                <w:color w:val="34495e"/>
                <w:sz w:val="18"/>
                <w:szCs w:val="18"/>
                <w:rtl w:val="0"/>
              </w:rPr>
              <w:t xml:space="preserve">[  ] Ändring av elinstallationer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1" w:space="0" w:sz="4" w:val="single"/>
              <w:left w:color="cbd5e1" w:space="0" w:sz="4" w:val="single"/>
              <w:bottom w:color="cbd5e1" w:space="0" w:sz="4" w:val="single"/>
              <w:right w:color="cbd5e1" w:space="0" w:sz="4" w:val="single"/>
            </w:tcBorders>
            <w:shd w:fill="f9fbfc" w:val="clear"/>
            <w:tcMar>
              <w:top w:w="50.0" w:type="dxa"/>
              <w:left w:w="80.0" w:type="dxa"/>
              <w:bottom w:w="50.0" w:type="dxa"/>
              <w:right w:w="80.0" w:type="dxa"/>
            </w:tcMar>
          </w:tcPr>
          <w:p w:rsidR="00000000" w:rsidDel="00000000" w:rsidP="00000000" w:rsidRDefault="00000000" w:rsidRPr="00000000" w14:paraId="0000001E">
            <w:pPr>
              <w:spacing w:after="0" w:lineRule="auto"/>
              <w:rPr/>
            </w:pPr>
            <w:r w:rsidDel="00000000" w:rsidR="00000000" w:rsidRPr="00000000">
              <w:rPr>
                <w:color w:val="34495e"/>
                <w:sz w:val="18"/>
                <w:szCs w:val="18"/>
                <w:rtl w:val="0"/>
              </w:rPr>
              <w:t xml:space="preserve">[  ] Ändring av ventilation/spiskåpa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spacing w:after="40" w:before="40" w:lineRule="auto"/>
        <w:rPr/>
      </w:pPr>
      <w:r w:rsidDel="00000000" w:rsidR="00000000" w:rsidRPr="00000000">
        <w:rPr>
          <w:rtl w:val="0"/>
        </w:rPr>
      </w:r>
    </w:p>
    <w:tbl>
      <w:tblPr>
        <w:tblStyle w:val="Table8"/>
        <w:tblW w:w="10512.0" w:type="dxa"/>
        <w:jc w:val="center"/>
        <w:tblLayout w:type="fixed"/>
        <w:tblLook w:val="0400"/>
      </w:tblPr>
      <w:tblGrid>
        <w:gridCol w:w="10512"/>
        <w:tblGridChange w:id="0">
          <w:tblGrid>
            <w:gridCol w:w="1051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spacing w:after="2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color w:val="2c3e50"/>
                <w:rtl w:val="0"/>
              </w:rPr>
              <w:t xml:space="preserve">Annat (beskriv kortfattat)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1" w:space="0" w:sz="4" w:val="single"/>
              <w:left w:color="cbd5e1" w:space="0" w:sz="4" w:val="single"/>
              <w:bottom w:color="cbd5e1" w:space="0" w:sz="4" w:val="single"/>
              <w:right w:color="cbd5e1" w:space="0" w:sz="4" w:val="single"/>
            </w:tcBorders>
            <w:shd w:fill="f9fbf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spacing w:after="0" w:lineRule="auto"/>
              <w:rPr/>
            </w:pPr>
            <w:r w:rsidDel="00000000" w:rsidR="00000000" w:rsidRPr="00000000">
              <w:rPr>
                <w:color w:val="7f8c8d"/>
                <w:sz w:val="18"/>
                <w:szCs w:val="18"/>
                <w:rtl w:val="0"/>
              </w:rPr>
              <w:t xml:space="preserve">[ T.ex. Inglasning av balkong 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spacing w:after="80" w:before="0" w:lineRule="auto"/>
        <w:rPr/>
      </w:pPr>
      <w:r w:rsidDel="00000000" w:rsidR="00000000" w:rsidRPr="00000000">
        <w:rPr>
          <w:rtl w:val="0"/>
        </w:rPr>
      </w:r>
    </w:p>
    <w:tbl>
      <w:tblPr>
        <w:tblStyle w:val="Table9"/>
        <w:tblW w:w="10512.0" w:type="dxa"/>
        <w:jc w:val="center"/>
        <w:tblLayout w:type="fixed"/>
        <w:tblLook w:val="0400"/>
      </w:tblPr>
      <w:tblGrid>
        <w:gridCol w:w="10512"/>
        <w:tblGridChange w:id="0">
          <w:tblGrid>
            <w:gridCol w:w="10512"/>
          </w:tblGrid>
        </w:tblGridChange>
      </w:tblGrid>
      <w:tr>
        <w:trPr>
          <w:cantSplit w:val="0"/>
          <w:tblHeader w:val="0"/>
        </w:trPr>
        <w:tc>
          <w:tcPr>
            <w:shd w:fill="2c3e5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3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4. BESKRIVNING OCH RITNING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spacing w:after="4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40" w:before="0" w:lineRule="auto"/>
        <w:rPr>
          <w:sz w:val="21"/>
          <w:szCs w:val="21"/>
        </w:rPr>
      </w:pPr>
      <w:r w:rsidDel="00000000" w:rsidR="00000000" w:rsidRPr="00000000">
        <w:rPr>
          <w:i w:val="1"/>
          <w:iCs w:val="1"/>
          <w:color w:val="7f8c8d"/>
          <w:sz w:val="18"/>
          <w:szCs w:val="18"/>
          <w:rtl w:val="0"/>
        </w:rPr>
        <w:t xml:space="preserve">Beskriv dina planer. Vid ingrepp i väggar, rör eller ventilation måste ritning/skiss bifogas i mailet.</w:t>
      </w:r>
      <w:r w:rsidDel="00000000" w:rsidR="00000000" w:rsidRPr="00000000">
        <w:rPr>
          <w:rtl w:val="0"/>
        </w:rPr>
      </w:r>
    </w:p>
    <w:tbl>
      <w:tblPr>
        <w:tblStyle w:val="Table10"/>
        <w:tblW w:w="10512.0" w:type="dxa"/>
        <w:jc w:val="center"/>
        <w:tblLayout w:type="fixed"/>
        <w:tblLook w:val="0400"/>
      </w:tblPr>
      <w:tblGrid>
        <w:gridCol w:w="10512"/>
        <w:tblGridChange w:id="0">
          <w:tblGrid>
            <w:gridCol w:w="1051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bd5e1" w:space="0" w:sz="4" w:val="single"/>
              <w:left w:color="cbd5e1" w:space="0" w:sz="4" w:val="single"/>
              <w:bottom w:color="cbd5e1" w:space="0" w:sz="4" w:val="single"/>
              <w:right w:color="cbd5e1" w:space="0" w:sz="4" w:val="single"/>
            </w:tcBorders>
            <w:shd w:fill="f9fbfc" w:val="clear"/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spacing w:after="0" w:lineRule="auto"/>
              <w:rPr/>
            </w:pPr>
            <w:r w:rsidDel="00000000" w:rsidR="00000000" w:rsidRPr="00000000">
              <w:rPr>
                <w:color w:val="7f8c8d"/>
                <w:sz w:val="18"/>
                <w:szCs w:val="18"/>
                <w:rtl w:val="0"/>
              </w:rPr>
              <w:t xml:space="preserve">[ Beskriv renoveringen i detalj här... ]</w:t>
              <w:br w:type="textWrapping"/>
              <w:br w:type="textWrapping"/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spacing w:after="80" w:before="0" w:lineRule="auto"/>
        <w:rPr/>
      </w:pPr>
      <w:r w:rsidDel="00000000" w:rsidR="00000000" w:rsidRPr="00000000">
        <w:rPr>
          <w:rtl w:val="0"/>
        </w:rPr>
      </w:r>
    </w:p>
    <w:tbl>
      <w:tblPr>
        <w:tblStyle w:val="Table11"/>
        <w:tblW w:w="10512.0" w:type="dxa"/>
        <w:jc w:val="center"/>
        <w:tblLayout w:type="fixed"/>
        <w:tblLook w:val="0400"/>
      </w:tblPr>
      <w:tblGrid>
        <w:gridCol w:w="10512"/>
        <w:tblGridChange w:id="0">
          <w:tblGrid>
            <w:gridCol w:w="10512"/>
          </w:tblGrid>
        </w:tblGridChange>
      </w:tblGrid>
      <w:tr>
        <w:trPr>
          <w:cantSplit w:val="0"/>
          <w:tblHeader w:val="0"/>
        </w:trPr>
        <w:tc>
          <w:tcPr>
            <w:shd w:fill="2c3e5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28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5. ANLITADE ENTREPRENÖRER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spacing w:after="4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40" w:before="0" w:line="360" w:lineRule="auto"/>
        <w:rPr/>
      </w:pPr>
      <w:r w:rsidDel="00000000" w:rsidR="00000000" w:rsidRPr="00000000">
        <w:rPr>
          <w:rtl w:val="0"/>
        </w:rPr>
        <w:t xml:space="preserve">Observera: Företaget måste ha F-skatt samt nödvändiga behörigheter (t.ex. Säker Vatten, BKR/GVK, Elsäkerhetsverket). </w:t>
      </w:r>
    </w:p>
    <w:tbl>
      <w:tblPr>
        <w:tblStyle w:val="Table12"/>
        <w:tblW w:w="10512.0" w:type="dxa"/>
        <w:jc w:val="center"/>
        <w:tblLayout w:type="fixed"/>
        <w:tblLook w:val="0400"/>
      </w:tblPr>
      <w:tblGrid>
        <w:gridCol w:w="5256"/>
        <w:gridCol w:w="5256"/>
        <w:tblGridChange w:id="0">
          <w:tblGrid>
            <w:gridCol w:w="5256"/>
            <w:gridCol w:w="525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B">
            <w:pPr>
              <w:spacing w:after="2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color w:val="2c3e50"/>
                <w:rtl w:val="0"/>
              </w:rPr>
              <w:t xml:space="preserve">Företagsnamn &amp; Org.nr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spacing w:after="2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color w:val="2c3e50"/>
                <w:rtl w:val="0"/>
              </w:rPr>
              <w:t xml:space="preserve">Kontaktperson &amp; Telefon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3.02978515625" w:hRule="atLeast"/>
          <w:tblHeader w:val="0"/>
        </w:trPr>
        <w:tc>
          <w:tcPr>
            <w:tcBorders>
              <w:top w:color="cbd5e1" w:space="0" w:sz="4" w:val="single"/>
              <w:left w:color="cbd5e1" w:space="0" w:sz="4" w:val="single"/>
              <w:bottom w:color="cbd5e1" w:space="0" w:sz="4" w:val="single"/>
              <w:right w:color="cbd5e1" w:space="0" w:sz="4" w:val="single"/>
            </w:tcBorders>
            <w:shd w:fill="f9fbfc" w:val="clear"/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spacing w:after="0" w:lineRule="auto"/>
              <w:rPr/>
            </w:pPr>
            <w:r w:rsidDel="00000000" w:rsidR="00000000" w:rsidRPr="00000000">
              <w:rPr>
                <w:color w:val="7f8c8d"/>
                <w:sz w:val="18"/>
                <w:szCs w:val="18"/>
                <w:rtl w:val="0"/>
              </w:rPr>
              <w:t xml:space="preserve">[ Bygg AB (556XXX-XXXX)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1" w:space="0" w:sz="4" w:val="single"/>
              <w:left w:color="cbd5e1" w:space="0" w:sz="4" w:val="single"/>
              <w:bottom w:color="cbd5e1" w:space="0" w:sz="4" w:val="single"/>
              <w:right w:color="cbd5e1" w:space="0" w:sz="4" w:val="single"/>
            </w:tcBorders>
            <w:shd w:fill="f9fbfc" w:val="clear"/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spacing w:after="0" w:lineRule="auto"/>
              <w:rPr/>
            </w:pPr>
            <w:r w:rsidDel="00000000" w:rsidR="00000000" w:rsidRPr="00000000">
              <w:rPr>
                <w:color w:val="7f8c8d"/>
                <w:sz w:val="18"/>
                <w:szCs w:val="18"/>
                <w:rtl w:val="0"/>
              </w:rPr>
              <w:t xml:space="preserve">[ Namn, telefonnummer 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spacing w:after="80" w:before="0" w:lineRule="auto"/>
        <w:rPr/>
      </w:pPr>
      <w:r w:rsidDel="00000000" w:rsidR="00000000" w:rsidRPr="00000000">
        <w:rPr>
          <w:rtl w:val="0"/>
        </w:rPr>
      </w:r>
    </w:p>
    <w:tbl>
      <w:tblPr>
        <w:tblStyle w:val="Table13"/>
        <w:tblW w:w="10512.0" w:type="dxa"/>
        <w:jc w:val="center"/>
        <w:tblLayout w:type="fixed"/>
        <w:tblLook w:val="0400"/>
      </w:tblPr>
      <w:tblGrid>
        <w:gridCol w:w="10512"/>
        <w:tblGridChange w:id="0">
          <w:tblGrid>
            <w:gridCol w:w="1051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bd5e1" w:space="0" w:sz="4" w:val="single"/>
              <w:left w:color="cbd5e1" w:space="0" w:sz="4" w:val="single"/>
              <w:bottom w:color="cbd5e1" w:space="0" w:sz="4" w:val="single"/>
              <w:right w:color="cbd5e1" w:space="0" w:sz="4" w:val="single"/>
            </w:tcBorders>
            <w:shd w:fill="f9fbf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spacing w:after="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color w:val="34495e"/>
                <w:rtl w:val="0"/>
              </w:rPr>
              <w:t xml:space="preserve">[  ] Jag bekräftar att entreprenörens certifikat/behörighetsbevis bifogas i mitt mail.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spacing w:after="80" w:before="0" w:lineRule="auto"/>
        <w:rPr/>
      </w:pPr>
      <w:r w:rsidDel="00000000" w:rsidR="00000000" w:rsidRPr="00000000">
        <w:rPr>
          <w:rtl w:val="0"/>
        </w:rPr>
      </w:r>
    </w:p>
    <w:tbl>
      <w:tblPr>
        <w:tblStyle w:val="Table14"/>
        <w:tblW w:w="10512.0" w:type="dxa"/>
        <w:jc w:val="center"/>
        <w:tblLayout w:type="fixed"/>
        <w:tblLook w:val="0400"/>
      </w:tblPr>
      <w:tblGrid>
        <w:gridCol w:w="10512"/>
        <w:tblGridChange w:id="0">
          <w:tblGrid>
            <w:gridCol w:w="10512"/>
          </w:tblGrid>
        </w:tblGridChange>
      </w:tblGrid>
      <w:tr>
        <w:trPr>
          <w:cantSplit w:val="0"/>
          <w:tblHeader w:val="0"/>
        </w:trPr>
        <w:tc>
          <w:tcPr>
            <w:shd w:fill="2c3e5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32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6. INTYGANDE &amp; SIGNATUR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spacing w:after="4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240" w:lineRule="auto"/>
        <w:rPr/>
      </w:pPr>
      <w:r w:rsidDel="00000000" w:rsidR="00000000" w:rsidRPr="00000000">
        <w:rPr>
          <w:rtl w:val="0"/>
        </w:rPr>
        <w:t xml:space="preserve">Genom att skicka in denna anmälan intygar jag att:</w:t>
      </w:r>
    </w:p>
    <w:p w:rsidR="00000000" w:rsidDel="00000000" w:rsidP="00000000" w:rsidRDefault="00000000" w:rsidRPr="00000000" w14:paraId="00000035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Jag är medveten om att skador som uppkommer till följd av arbetena, direkt eller indirekt, som påverkar föreningen eller grannar är mitt fulla ansvar.</w:t>
      </w:r>
    </w:p>
    <w:p w:rsidR="00000000" w:rsidDel="00000000" w:rsidP="00000000" w:rsidRDefault="00000000" w:rsidRPr="00000000" w14:paraId="00000036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Jag har tagit del av föreningens stadgar, ordningsregler och </w:t>
      </w:r>
      <w:r w:rsidDel="00000000" w:rsidR="00000000" w:rsidRPr="00000000">
        <w:rPr>
          <w:i w:val="1"/>
          <w:iCs w:val="1"/>
          <w:rtl w:val="0"/>
        </w:rPr>
        <w:t xml:space="preserve">Checklista för renovering</w:t>
      </w:r>
      <w:r w:rsidDel="00000000" w:rsidR="00000000" w:rsidRPr="00000000">
        <w:rPr>
          <w:rtl w:val="0"/>
        </w:rPr>
        <w:t xml:space="preserve">, och har även informerat anlitade entreprenörer om dessa regler.</w:t>
      </w:r>
    </w:p>
    <w:p w:rsidR="00000000" w:rsidDel="00000000" w:rsidP="00000000" w:rsidRDefault="00000000" w:rsidRPr="00000000" w14:paraId="00000037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Viktigt vid digital hantering:</w:t>
      </w:r>
      <w:r w:rsidDel="00000000" w:rsidR="00000000" w:rsidRPr="00000000">
        <w:rPr>
          <w:rtl w:val="0"/>
        </w:rPr>
        <w:t xml:space="preserve"> När du skickar in denna sparade PDF via din registrerade e-postadress gäller mailet som din personliga signatur och godkännande av ovanstående villkor.</w:t>
      </w:r>
    </w:p>
    <w:p w:rsidR="00000000" w:rsidDel="00000000" w:rsidP="00000000" w:rsidRDefault="00000000" w:rsidRPr="00000000" w14:paraId="00000038">
      <w:pPr>
        <w:spacing w:after="80" w:before="0" w:lineRule="auto"/>
        <w:rPr>
          <w:color w:val="7f8c8d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15"/>
        <w:tblW w:w="10512.0" w:type="dxa"/>
        <w:jc w:val="center"/>
        <w:tblLayout w:type="fixed"/>
        <w:tblLook w:val="0400"/>
      </w:tblPr>
      <w:tblGrid>
        <w:gridCol w:w="5256"/>
        <w:gridCol w:w="5256"/>
        <w:tblGridChange w:id="0">
          <w:tblGrid>
            <w:gridCol w:w="5256"/>
            <w:gridCol w:w="525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9">
            <w:pPr>
              <w:spacing w:after="2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color w:val="2c3e50"/>
                <w:rtl w:val="0"/>
              </w:rPr>
              <w:t xml:space="preserve">Ort och Datum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spacing w:after="2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color w:val="2c3e50"/>
                <w:rtl w:val="0"/>
              </w:rPr>
              <w:t xml:space="preserve">Namnförtydligande / Signatur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1" w:space="0" w:sz="4" w:val="single"/>
              <w:left w:color="cbd5e1" w:space="0" w:sz="4" w:val="single"/>
              <w:bottom w:color="cbd5e1" w:space="0" w:sz="4" w:val="single"/>
              <w:right w:color="cbd5e1" w:space="0" w:sz="4" w:val="single"/>
            </w:tcBorders>
            <w:shd w:fill="f9fbfc" w:val="clear"/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spacing w:after="0" w:lineRule="auto"/>
              <w:rPr/>
            </w:pPr>
            <w:r w:rsidDel="00000000" w:rsidR="00000000" w:rsidRPr="00000000">
              <w:rPr>
                <w:color w:val="7f8c8d"/>
                <w:sz w:val="18"/>
                <w:szCs w:val="18"/>
                <w:rtl w:val="0"/>
              </w:rPr>
              <w:t xml:space="preserve">[ T.ex. Sundbyberg, 2026-03-01 ]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1" w:space="0" w:sz="4" w:val="single"/>
              <w:left w:color="cbd5e1" w:space="0" w:sz="4" w:val="single"/>
              <w:bottom w:color="cbd5e1" w:space="0" w:sz="4" w:val="single"/>
              <w:right w:color="cbd5e1" w:space="0" w:sz="4" w:val="single"/>
            </w:tcBorders>
            <w:shd w:fill="f9fbfc" w:val="clear"/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spacing w:after="0" w:lineRule="auto"/>
              <w:rPr/>
            </w:pPr>
            <w:r w:rsidDel="00000000" w:rsidR="00000000" w:rsidRPr="00000000">
              <w:rPr>
                <w:color w:val="7f8c8d"/>
                <w:sz w:val="18"/>
                <w:szCs w:val="18"/>
                <w:rtl w:val="0"/>
              </w:rPr>
              <w:t xml:space="preserve">[ Ditt namn 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D">
      <w:pPr>
        <w:spacing w:after="80" w:before="0" w:lineRule="auto"/>
        <w:rPr/>
      </w:pPr>
      <w:r w:rsidDel="00000000" w:rsidR="00000000" w:rsidRPr="00000000">
        <w:rPr>
          <w:rtl w:val="0"/>
        </w:rPr>
      </w:r>
    </w:p>
    <w:sectPr>
      <w:headerReference r:id="rId8" w:type="default"/>
      <w:pgSz w:h="15840" w:w="12240" w:orient="portrait"/>
      <w:pgMar w:bottom="720" w:top="720" w:left="864" w:right="86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E">
    <w:pPr>
      <w:spacing w:after="40" w:lineRule="auto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34495e"/>
        <w:sz w:val="19"/>
        <w:szCs w:val="19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gwv0gqMTUTXVPP8rvd1ezazD3A==">CgMxLjA4AHIhMUIwdTBLZWdvYWo0eF9jdFBqa2dvTGNpLTUtbDl4N0xM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